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8B67B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Title Page Information</w:t>
      </w:r>
    </w:p>
    <w:p w14:paraId="6C6D5117" w14:textId="6868C331" w:rsidR="00EE54AB" w:rsidRDefault="00806F8A">
      <w:pPr>
        <w:spacing w:after="100" w:line="252" w:lineRule="auto"/>
      </w:pPr>
      <w:r w:rsidRPr="00806F8A">
        <w:rPr>
          <w:rFonts w:ascii="Arial" w:eastAsia="Arial" w:hAnsi="Arial"/>
          <w:i/>
          <w:color w:val="666666"/>
          <w:sz w:val="18"/>
        </w:rPr>
        <w:t>Article Type</w:t>
      </w:r>
      <w:r>
        <w:rPr>
          <w:rFonts w:ascii="Arial" w:eastAsia="宋体" w:hAnsi="Arial" w:hint="eastAsia"/>
          <w:i/>
          <w:color w:val="666666"/>
          <w:sz w:val="18"/>
          <w:lang w:eastAsia="zh-CN"/>
        </w:rPr>
        <w:t xml:space="preserve"> </w:t>
      </w:r>
      <w:r w:rsidRPr="00806F8A">
        <w:rPr>
          <w:rFonts w:ascii="Arial" w:eastAsia="Arial" w:hAnsi="Arial"/>
          <w:i/>
          <w:color w:val="666666"/>
          <w:sz w:val="18"/>
        </w:rPr>
        <w:t>[Original Research / Review / Technical Article / Application &amp; Case Study / Data &amp; Benchmark Study / Perspective]</w:t>
      </w:r>
    </w:p>
    <w:p w14:paraId="38CCD957" w14:textId="77777777" w:rsidR="00EE54AB" w:rsidRDefault="00000000">
      <w:pPr>
        <w:spacing w:after="100" w:line="264" w:lineRule="auto"/>
      </w:pPr>
      <w:r>
        <w:rPr>
          <w:rFonts w:eastAsia="Times New Roman"/>
          <w:b/>
          <w:color w:val="4F4F4F"/>
        </w:rPr>
        <w:t>[Manuscript title]</w:t>
      </w:r>
    </w:p>
    <w:p w14:paraId="25BAAD5B" w14:textId="77777777" w:rsidR="00EE54AB" w:rsidRDefault="00000000">
      <w:pPr>
        <w:spacing w:after="100" w:line="264" w:lineRule="auto"/>
      </w:pPr>
      <w:r>
        <w:rPr>
          <w:rFonts w:eastAsia="Times New Roman"/>
          <w:color w:val="4F4F4F"/>
        </w:rPr>
        <w:t>[Author 1 Full Name]1, [Author 2 Full Name]2, [Author 3 Full Name]1,*</w:t>
      </w:r>
    </w:p>
    <w:p w14:paraId="0599523B" w14:textId="77777777" w:rsidR="00EE54AB" w:rsidRDefault="00000000">
      <w:pPr>
        <w:spacing w:after="100" w:line="264" w:lineRule="auto"/>
      </w:pPr>
      <w:r>
        <w:rPr>
          <w:rFonts w:eastAsia="Times New Roman"/>
          <w:color w:val="4F4F4F"/>
        </w:rPr>
        <w:t>1 [Department, Institution, City, Postal Code, Country]</w:t>
      </w:r>
    </w:p>
    <w:p w14:paraId="65F45090" w14:textId="77777777" w:rsidR="00EE54AB" w:rsidRDefault="00000000">
      <w:pPr>
        <w:spacing w:after="100" w:line="264" w:lineRule="auto"/>
      </w:pPr>
      <w:r>
        <w:rPr>
          <w:rFonts w:eastAsia="Times New Roman"/>
          <w:color w:val="4F4F4F"/>
        </w:rPr>
        <w:t>2 [Department, Institution, City, Postal Code, Country]</w:t>
      </w:r>
    </w:p>
    <w:p w14:paraId="68C387D1" w14:textId="77777777" w:rsidR="00EE54AB" w:rsidRDefault="00000000">
      <w:pPr>
        <w:spacing w:after="100" w:line="264" w:lineRule="auto"/>
      </w:pPr>
      <w:r>
        <w:rPr>
          <w:rFonts w:eastAsia="Times New Roman"/>
          <w:color w:val="4F4F4F"/>
        </w:rPr>
        <w:t>* Corresponding author: [name], [email address]</w:t>
      </w:r>
    </w:p>
    <w:p w14:paraId="303E3F28" w14:textId="77777777" w:rsidR="00EE54AB" w:rsidRDefault="00000000">
      <w:pPr>
        <w:spacing w:after="100" w:line="264" w:lineRule="auto"/>
      </w:pPr>
      <w:r>
        <w:rPr>
          <w:rFonts w:eastAsia="Times New Roman"/>
          <w:color w:val="4F4F4F"/>
        </w:rPr>
        <w:t>ORCID: [Author 1: 0000-0000-0000-0000]; [Author 2: 0000-0000-0000-0000]</w:t>
      </w:r>
    </w:p>
    <w:p w14:paraId="5F09C064" w14:textId="77777777" w:rsidR="00EE54AB" w:rsidRDefault="00000000">
      <w:r>
        <w:br w:type="page"/>
      </w:r>
    </w:p>
    <w:p w14:paraId="14269486" w14:textId="77777777" w:rsidR="00EE54AB" w:rsidRDefault="00000000">
      <w:pPr>
        <w:spacing w:before="160" w:after="40"/>
      </w:pPr>
      <w:r>
        <w:rPr>
          <w:rFonts w:ascii="Arial" w:eastAsia="Arial" w:hAnsi="Arial"/>
          <w:b/>
          <w:color w:val="B5122B"/>
          <w:sz w:val="18"/>
        </w:rPr>
        <w:lastRenderedPageBreak/>
        <w:t>MAIN MANUSCRIPT</w:t>
      </w:r>
    </w:p>
    <w:p w14:paraId="271C8424" w14:textId="77777777" w:rsidR="00EE54AB" w:rsidRDefault="00000000">
      <w:pPr>
        <w:spacing w:after="200"/>
      </w:pPr>
      <w:r>
        <w:rPr>
          <w:rFonts w:eastAsia="Times New Roman"/>
          <w:b/>
          <w:color w:val="073847"/>
          <w:sz w:val="36"/>
        </w:rPr>
        <w:t>[Full Manuscript Title]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EE54AB" w14:paraId="1ECCCEE0" w14:textId="77777777">
        <w:trPr>
          <w:jc w:val="center"/>
        </w:trPr>
        <w:tc>
          <w:tcPr>
            <w:tcW w:w="9406" w:type="dxa"/>
            <w:tcBorders>
              <w:top w:val="single" w:sz="8" w:space="0" w:color="D9DEE2"/>
              <w:left w:val="single" w:sz="8" w:space="0" w:color="D9DEE2"/>
              <w:bottom w:val="single" w:sz="8" w:space="0" w:color="D9DEE2"/>
              <w:right w:val="single" w:sz="8" w:space="0" w:color="D9DEE2"/>
            </w:tcBorders>
            <w:shd w:val="clear" w:color="auto" w:fill="F8F8F8"/>
          </w:tcPr>
          <w:p w14:paraId="0C061A0B" w14:textId="77777777" w:rsidR="00EE54AB" w:rsidRDefault="00000000">
            <w:pPr>
              <w:spacing w:after="60"/>
            </w:pPr>
            <w:r>
              <w:rPr>
                <w:rFonts w:ascii="Arial" w:eastAsia="Arial" w:hAnsi="Arial"/>
                <w:b/>
                <w:color w:val="073847"/>
                <w:sz w:val="19"/>
              </w:rPr>
              <w:t>BLIND-REVIEW CHECK</w:t>
            </w:r>
          </w:p>
          <w:p w14:paraId="6121DDFA" w14:textId="77777777" w:rsidR="00EE54AB" w:rsidRDefault="00000000">
            <w:pPr>
              <w:spacing w:after="20"/>
            </w:pPr>
            <w:r>
              <w:rPr>
                <w:rFonts w:ascii="Arial" w:eastAsia="Arial" w:hAnsi="Arial"/>
                <w:color w:val="1F1F1F"/>
                <w:sz w:val="18"/>
              </w:rPr>
              <w:t>If an anonymized version is required, remove author names, affiliations, acknowledgements that reveal identity, self-identifying file metadata, and other direct identifiers from the main manuscript.</w:t>
            </w:r>
          </w:p>
          <w:p w14:paraId="6B4DB2AF" w14:textId="77777777" w:rsidR="00EE54AB" w:rsidRDefault="00000000">
            <w:pPr>
              <w:spacing w:after="20"/>
            </w:pPr>
            <w:r>
              <w:rPr>
                <w:rFonts w:ascii="Arial" w:eastAsia="Arial" w:hAnsi="Arial"/>
                <w:color w:val="1F1F1F"/>
                <w:sz w:val="18"/>
              </w:rPr>
              <w:t>Citations to the authors' own work should remain scholarly and should not be replaced with 'Author, year' unless the journal explicitly requests this.</w:t>
            </w:r>
          </w:p>
        </w:tc>
      </w:tr>
    </w:tbl>
    <w:p w14:paraId="32291F0C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Highlights</w:t>
      </w:r>
    </w:p>
    <w:p w14:paraId="6E98E79F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Optional unless requested. Provide 3-5 concise bullet points, ideally no more than 85 characters each, emphasizing novelty and principal findings.</w:t>
      </w:r>
    </w:p>
    <w:p w14:paraId="7AFABDE9" w14:textId="77777777" w:rsidR="00EE54AB" w:rsidRDefault="00000000">
      <w:pPr>
        <w:spacing w:after="40"/>
        <w:ind w:left="340" w:hanging="170"/>
      </w:pPr>
      <w:r>
        <w:rPr>
          <w:rFonts w:eastAsia="Times New Roman"/>
          <w:color w:val="555555"/>
          <w:sz w:val="21"/>
        </w:rPr>
        <w:t>• [Highlight]</w:t>
      </w:r>
    </w:p>
    <w:p w14:paraId="00549D4B" w14:textId="77777777" w:rsidR="00EE54AB" w:rsidRDefault="00000000">
      <w:pPr>
        <w:spacing w:after="40"/>
        <w:ind w:left="340" w:hanging="170"/>
      </w:pPr>
      <w:r>
        <w:rPr>
          <w:rFonts w:eastAsia="Times New Roman"/>
          <w:color w:val="555555"/>
          <w:sz w:val="21"/>
        </w:rPr>
        <w:t>• [Highlight]</w:t>
      </w:r>
    </w:p>
    <w:p w14:paraId="4922ED49" w14:textId="77777777" w:rsidR="00EE54AB" w:rsidRDefault="00000000">
      <w:pPr>
        <w:spacing w:after="40"/>
        <w:ind w:left="340" w:hanging="170"/>
      </w:pPr>
      <w:r>
        <w:rPr>
          <w:rFonts w:eastAsia="Times New Roman"/>
          <w:color w:val="555555"/>
          <w:sz w:val="21"/>
        </w:rPr>
        <w:t>• [Highlight]</w:t>
      </w:r>
    </w:p>
    <w:p w14:paraId="5BF5D559" w14:textId="77777777" w:rsidR="00EE54AB" w:rsidRDefault="00000000">
      <w:pPr>
        <w:spacing w:after="40"/>
        <w:ind w:left="340" w:hanging="170"/>
      </w:pPr>
      <w:r>
        <w:rPr>
          <w:rFonts w:eastAsia="Times New Roman"/>
          <w:color w:val="555555"/>
          <w:sz w:val="21"/>
        </w:rPr>
        <w:t>• [Highlight]</w:t>
      </w:r>
    </w:p>
    <w:p w14:paraId="010698AB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Abstract</w:t>
      </w:r>
    </w:p>
    <w:p w14:paraId="751B89B9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Recommended length: 150-300 words. State the problem/context, objective, methods, principal results and main conclusion. Avoid citations and undefined abbreviations.</w:t>
      </w:r>
    </w:p>
    <w:p w14:paraId="3C7F617D" w14:textId="77777777" w:rsidR="00EE54AB" w:rsidRDefault="00000000">
      <w:pPr>
        <w:jc w:val="both"/>
      </w:pPr>
      <w:r>
        <w:rPr>
          <w:rFonts w:eastAsia="Times New Roman"/>
          <w:color w:val="1F1F1F"/>
        </w:rPr>
        <w:t>[Write the abstract as one continuous paragraph. The abstract should be self-contained and report the main quantitative or qualitative findings where appropriate.]</w:t>
      </w:r>
    </w:p>
    <w:p w14:paraId="7DCBD159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Keywords</w:t>
      </w:r>
    </w:p>
    <w:p w14:paraId="0F2B347A" w14:textId="11C643DE" w:rsidR="00EE54AB" w:rsidRDefault="00000000">
      <w:pPr>
        <w:spacing w:after="180"/>
      </w:pPr>
      <w:r>
        <w:rPr>
          <w:rFonts w:eastAsia="Times New Roman"/>
          <w:color w:val="1F1F1F"/>
        </w:rPr>
        <w:t>[4-8 keywords or short phrases, separated by semicolons; avoid repeating words already prominent in the title.</w:t>
      </w:r>
      <w:r w:rsidR="00E91298">
        <w:rPr>
          <w:rFonts w:eastAsia="Times New Roman"/>
          <w:color w:val="1F1F1F"/>
        </w:rPr>
        <w:t xml:space="preserve"> Each word should be capitalized</w:t>
      </w:r>
      <w:r>
        <w:rPr>
          <w:rFonts w:eastAsia="Times New Roman"/>
          <w:color w:val="1F1F1F"/>
        </w:rPr>
        <w:t>]</w:t>
      </w:r>
    </w:p>
    <w:p w14:paraId="0788EA97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Nomenclature / Abbreviations</w:t>
      </w:r>
    </w:p>
    <w:p w14:paraId="2A9C5429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Optional. Use when the manuscript contains numerous symbols, abbreviations or engineering variables.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EE54AB" w14:paraId="7D9A9763" w14:textId="77777777">
        <w:trPr>
          <w:jc w:val="center"/>
        </w:trPr>
        <w:tc>
          <w:tcPr>
            <w:tcW w:w="3135" w:type="dxa"/>
            <w:shd w:val="clear" w:color="auto" w:fill="F5F7F8"/>
          </w:tcPr>
          <w:p w14:paraId="4A55704D" w14:textId="77777777" w:rsidR="00EE54AB" w:rsidRDefault="00000000">
            <w:r>
              <w:rPr>
                <w:rFonts w:ascii="Arial" w:eastAsia="Arial" w:hAnsi="Arial"/>
                <w:b/>
                <w:color w:val="073847"/>
                <w:sz w:val="18"/>
              </w:rPr>
              <w:t>Symbol / Abbreviation</w:t>
            </w:r>
          </w:p>
        </w:tc>
        <w:tc>
          <w:tcPr>
            <w:tcW w:w="3135" w:type="dxa"/>
            <w:shd w:val="clear" w:color="auto" w:fill="F5F7F8"/>
          </w:tcPr>
          <w:p w14:paraId="4AC217C8" w14:textId="77777777" w:rsidR="00EE54AB" w:rsidRDefault="00000000">
            <w:r>
              <w:rPr>
                <w:rFonts w:ascii="Arial" w:eastAsia="Arial" w:hAnsi="Arial"/>
                <w:b/>
                <w:color w:val="073847"/>
                <w:sz w:val="18"/>
              </w:rPr>
              <w:t>Definition</w:t>
            </w:r>
          </w:p>
        </w:tc>
        <w:tc>
          <w:tcPr>
            <w:tcW w:w="3135" w:type="dxa"/>
            <w:shd w:val="clear" w:color="auto" w:fill="F5F7F8"/>
          </w:tcPr>
          <w:p w14:paraId="13173D62" w14:textId="77777777" w:rsidR="00EE54AB" w:rsidRDefault="00000000">
            <w:r>
              <w:rPr>
                <w:rFonts w:ascii="Arial" w:eastAsia="Arial" w:hAnsi="Arial"/>
                <w:b/>
                <w:color w:val="073847"/>
                <w:sz w:val="18"/>
              </w:rPr>
              <w:t>Unit</w:t>
            </w:r>
          </w:p>
        </w:tc>
      </w:tr>
      <w:tr w:rsidR="00EE54AB" w14:paraId="1D8229A4" w14:textId="77777777">
        <w:trPr>
          <w:jc w:val="center"/>
        </w:trPr>
        <w:tc>
          <w:tcPr>
            <w:tcW w:w="3135" w:type="dxa"/>
          </w:tcPr>
          <w:p w14:paraId="2EAEB969" w14:textId="77777777" w:rsidR="00EE54AB" w:rsidRDefault="00000000">
            <w:r>
              <w:rPr>
                <w:rFonts w:eastAsia="Times New Roman"/>
                <w:color w:val="555555"/>
                <w:sz w:val="19"/>
              </w:rPr>
              <w:t>[AI]</w:t>
            </w:r>
          </w:p>
        </w:tc>
        <w:tc>
          <w:tcPr>
            <w:tcW w:w="3135" w:type="dxa"/>
          </w:tcPr>
          <w:p w14:paraId="000BC225" w14:textId="77777777" w:rsidR="00EE54AB" w:rsidRDefault="00000000">
            <w:r>
              <w:rPr>
                <w:rFonts w:eastAsia="Times New Roman"/>
                <w:color w:val="555555"/>
                <w:sz w:val="19"/>
              </w:rPr>
              <w:t>[Definition]</w:t>
            </w:r>
          </w:p>
        </w:tc>
        <w:tc>
          <w:tcPr>
            <w:tcW w:w="3135" w:type="dxa"/>
          </w:tcPr>
          <w:p w14:paraId="5E23C67A" w14:textId="77777777" w:rsidR="00EE54AB" w:rsidRDefault="00000000">
            <w:r>
              <w:rPr>
                <w:rFonts w:eastAsia="Times New Roman"/>
                <w:color w:val="555555"/>
                <w:sz w:val="19"/>
              </w:rPr>
              <w:t>[SI unit / —]</w:t>
            </w:r>
          </w:p>
        </w:tc>
      </w:tr>
      <w:tr w:rsidR="00EE54AB" w14:paraId="23830D89" w14:textId="77777777">
        <w:trPr>
          <w:jc w:val="center"/>
        </w:trPr>
        <w:tc>
          <w:tcPr>
            <w:tcW w:w="3135" w:type="dxa"/>
          </w:tcPr>
          <w:p w14:paraId="2584283C" w14:textId="77777777" w:rsidR="00EE54AB" w:rsidRDefault="00000000">
            <w:r>
              <w:rPr>
                <w:rFonts w:eastAsia="Times New Roman"/>
                <w:color w:val="555555"/>
                <w:sz w:val="19"/>
              </w:rPr>
              <w:t>[CPS]</w:t>
            </w:r>
          </w:p>
        </w:tc>
        <w:tc>
          <w:tcPr>
            <w:tcW w:w="3135" w:type="dxa"/>
          </w:tcPr>
          <w:p w14:paraId="5A084D5A" w14:textId="77777777" w:rsidR="00EE54AB" w:rsidRDefault="00000000">
            <w:r>
              <w:rPr>
                <w:rFonts w:eastAsia="Times New Roman"/>
                <w:color w:val="555555"/>
                <w:sz w:val="19"/>
              </w:rPr>
              <w:t>[Definition]</w:t>
            </w:r>
          </w:p>
        </w:tc>
        <w:tc>
          <w:tcPr>
            <w:tcW w:w="3135" w:type="dxa"/>
          </w:tcPr>
          <w:p w14:paraId="0B8C6172" w14:textId="77777777" w:rsidR="00EE54AB" w:rsidRDefault="00000000">
            <w:r>
              <w:rPr>
                <w:rFonts w:eastAsia="Times New Roman"/>
                <w:color w:val="555555"/>
                <w:sz w:val="19"/>
              </w:rPr>
              <w:t>[SI unit / —]</w:t>
            </w:r>
          </w:p>
        </w:tc>
      </w:tr>
      <w:tr w:rsidR="00EE54AB" w14:paraId="0843895A" w14:textId="77777777">
        <w:trPr>
          <w:jc w:val="center"/>
        </w:trPr>
        <w:tc>
          <w:tcPr>
            <w:tcW w:w="3135" w:type="dxa"/>
          </w:tcPr>
          <w:p w14:paraId="75AB004E" w14:textId="77777777" w:rsidR="00EE54AB" w:rsidRDefault="00000000">
            <w:r>
              <w:rPr>
                <w:rFonts w:eastAsia="Times New Roman"/>
                <w:color w:val="555555"/>
                <w:sz w:val="19"/>
              </w:rPr>
              <w:t>[x]</w:t>
            </w:r>
          </w:p>
        </w:tc>
        <w:tc>
          <w:tcPr>
            <w:tcW w:w="3135" w:type="dxa"/>
          </w:tcPr>
          <w:p w14:paraId="3C37B1BD" w14:textId="77777777" w:rsidR="00EE54AB" w:rsidRDefault="00000000">
            <w:r>
              <w:rPr>
                <w:rFonts w:eastAsia="Times New Roman"/>
                <w:color w:val="555555"/>
                <w:sz w:val="19"/>
              </w:rPr>
              <w:t>[Definition]</w:t>
            </w:r>
          </w:p>
        </w:tc>
        <w:tc>
          <w:tcPr>
            <w:tcW w:w="3135" w:type="dxa"/>
          </w:tcPr>
          <w:p w14:paraId="3FAA6DD0" w14:textId="77777777" w:rsidR="00EE54AB" w:rsidRDefault="00000000">
            <w:r>
              <w:rPr>
                <w:rFonts w:eastAsia="Times New Roman"/>
                <w:color w:val="555555"/>
                <w:sz w:val="19"/>
              </w:rPr>
              <w:t>[SI unit / —]</w:t>
            </w:r>
          </w:p>
        </w:tc>
      </w:tr>
    </w:tbl>
    <w:p w14:paraId="21F8EB6F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1. Introduction</w:t>
      </w:r>
    </w:p>
    <w:p w14:paraId="656CBB77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Define the industrial or scientific problem, explain its significance, synthesize the most relevant literature, identify the research gap, and state the study's contribution and objectives. End with a concise statement of contributions or research questions.</w:t>
      </w:r>
    </w:p>
    <w:p w14:paraId="1760C2A3" w14:textId="77777777" w:rsidR="00EE54AB" w:rsidRDefault="00000000">
      <w:pPr>
        <w:jc w:val="both"/>
      </w:pPr>
      <w:r>
        <w:rPr>
          <w:rFonts w:eastAsia="Times New Roman"/>
          <w:color w:val="1F1F1F"/>
        </w:rPr>
        <w:t>[Insert Introduction text here. Use numbered citations in square brackets, e.g., [1] or [2-4].]</w:t>
      </w:r>
    </w:p>
    <w:p w14:paraId="7617AB19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2. Related Work / Theoretical Background</w:t>
      </w:r>
    </w:p>
    <w:p w14:paraId="050BCDA7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Use when appropriate. Organize the literature thematically rather than as a list of studies. Explain how the present work differs from and advances existing research.</w:t>
      </w:r>
    </w:p>
    <w:p w14:paraId="30DD44FA" w14:textId="77777777" w:rsidR="00EE54AB" w:rsidRDefault="00000000">
      <w:pPr>
        <w:jc w:val="both"/>
      </w:pPr>
      <w:r>
        <w:rPr>
          <w:rFonts w:eastAsia="Times New Roman"/>
          <w:color w:val="1F1F1F"/>
        </w:rPr>
        <w:t>[Insert related work or theoretical background here.]</w:t>
      </w:r>
    </w:p>
    <w:p w14:paraId="33AC0556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lastRenderedPageBreak/>
        <w:t>3. Materials and Methods / Methodology</w:t>
      </w:r>
    </w:p>
    <w:p w14:paraId="695577E6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Provide enough detail for evaluation and, where possible, reproducibility. Describe data, materials, systems, algorithms, experimental design, baselines, parameter settings, software/hardware, statistical methods and ethical approvals as applicable.</w:t>
      </w:r>
    </w:p>
    <w:p w14:paraId="0EE5B396" w14:textId="77777777" w:rsidR="00EE54AB" w:rsidRDefault="00000000">
      <w:pPr>
        <w:keepNext/>
        <w:spacing w:before="140" w:after="100"/>
      </w:pPr>
      <w:r>
        <w:rPr>
          <w:rFonts w:eastAsia="Times New Roman"/>
          <w:b/>
          <w:color w:val="1F1F1F"/>
          <w:sz w:val="23"/>
        </w:rPr>
        <w:t>3.1. Data, Materials, System or Experimental Setting</w:t>
      </w:r>
    </w:p>
    <w:p w14:paraId="1D272CBA" w14:textId="77777777" w:rsidR="00EE54AB" w:rsidRDefault="00000000">
      <w:pPr>
        <w:jc w:val="both"/>
      </w:pPr>
      <w:r>
        <w:rPr>
          <w:rFonts w:eastAsia="Times New Roman"/>
          <w:color w:val="1F1F1F"/>
        </w:rPr>
        <w:t>[Describe datasets, industrial systems, equipment, sensors, participants, simulation environments, inclusion/exclusion criteria or other source material.]</w:t>
      </w:r>
    </w:p>
    <w:p w14:paraId="02EBADFF" w14:textId="77777777" w:rsidR="00EE54AB" w:rsidRDefault="00000000">
      <w:pPr>
        <w:keepNext/>
        <w:spacing w:before="140" w:after="100"/>
      </w:pPr>
      <w:r>
        <w:rPr>
          <w:rFonts w:eastAsia="Times New Roman"/>
          <w:b/>
          <w:color w:val="1F1F1F"/>
          <w:sz w:val="23"/>
        </w:rPr>
        <w:t>3.2. Proposed Method / Model / Framework</w:t>
      </w:r>
    </w:p>
    <w:p w14:paraId="267EBB9F" w14:textId="77777777" w:rsidR="00EE54AB" w:rsidRDefault="00000000">
      <w:pPr>
        <w:jc w:val="both"/>
      </w:pPr>
      <w:r>
        <w:rPr>
          <w:rFonts w:eastAsia="Times New Roman"/>
          <w:color w:val="1F1F1F"/>
        </w:rPr>
        <w:t>[Describe the proposed method, architecture, algorithm or conceptual framework. Define all symbols and assumptions.]</w:t>
      </w:r>
    </w:p>
    <w:p w14:paraId="66F08E24" w14:textId="77777777" w:rsidR="00EE54AB" w:rsidRDefault="00000000">
      <w:pPr>
        <w:spacing w:before="100" w:after="40"/>
        <w:jc w:val="center"/>
      </w:pPr>
      <w:r>
        <w:rPr>
          <w:rFonts w:ascii="Cambria Math" w:eastAsia="Cambria Math" w:hAnsi="Cambria Math"/>
          <w:i/>
          <w:color w:val="1F1F1F"/>
        </w:rPr>
        <w:t>y = f(x; θ) + ε                                                (1)</w:t>
      </w:r>
    </w:p>
    <w:p w14:paraId="3589E195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Equations should be editable, consecutively numbered, and referred to in the text as Eq. (1). Define symbols immediately before or after first use.</w:t>
      </w:r>
    </w:p>
    <w:p w14:paraId="059FD731" w14:textId="77777777" w:rsidR="00EE54AB" w:rsidRDefault="00000000">
      <w:pPr>
        <w:keepNext/>
        <w:spacing w:before="140" w:after="100"/>
      </w:pPr>
      <w:r>
        <w:rPr>
          <w:rFonts w:eastAsia="Times New Roman"/>
          <w:b/>
          <w:color w:val="1F1F1F"/>
          <w:sz w:val="23"/>
        </w:rPr>
        <w:t>3.3. Evaluation Protocol and Statistical Analysis</w:t>
      </w:r>
    </w:p>
    <w:p w14:paraId="600F1FE8" w14:textId="77777777" w:rsidR="00EE54AB" w:rsidRDefault="00000000">
      <w:pPr>
        <w:jc w:val="both"/>
      </w:pPr>
      <w:r>
        <w:rPr>
          <w:rFonts w:eastAsia="Times New Roman"/>
          <w:color w:val="1F1F1F"/>
        </w:rPr>
        <w:t>[Specify evaluation metrics, comparator methods, validation protocol, statistical tests, uncertainty estimates, sensitivity analyses and robustness checks where applicable.]</w:t>
      </w:r>
    </w:p>
    <w:p w14:paraId="3F47EE75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4. Results</w:t>
      </w:r>
    </w:p>
    <w:p w14:paraId="4593DCEA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Present results clearly and objectively. Report effect sizes, uncertainty or variability when relevant. Avoid duplicating the same information in text, tables and figures.</w:t>
      </w:r>
    </w:p>
    <w:p w14:paraId="548ED1C0" w14:textId="77777777" w:rsidR="00EE54AB" w:rsidRDefault="00000000">
      <w:pPr>
        <w:jc w:val="both"/>
      </w:pPr>
      <w:r>
        <w:rPr>
          <w:rFonts w:eastAsia="Times New Roman"/>
          <w:color w:val="1F1F1F"/>
        </w:rPr>
        <w:t>[Insert Results text here.]</w:t>
      </w:r>
    </w:p>
    <w:p w14:paraId="06119D4D" w14:textId="77777777" w:rsidR="00EE54AB" w:rsidRDefault="00000000">
      <w:pPr>
        <w:spacing w:before="100" w:after="60"/>
      </w:pPr>
      <w:r>
        <w:rPr>
          <w:rFonts w:eastAsia="Times New Roman"/>
          <w:b/>
          <w:color w:val="1F1F1F"/>
          <w:sz w:val="20"/>
        </w:rPr>
        <w:t>Table 1. [Concise and self-contained table title].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EE54AB" w14:paraId="559328E1" w14:textId="77777777">
        <w:trPr>
          <w:jc w:val="center"/>
        </w:trPr>
        <w:tc>
          <w:tcPr>
            <w:tcW w:w="2351" w:type="dxa"/>
            <w:shd w:val="clear" w:color="auto" w:fill="F5F7F8"/>
          </w:tcPr>
          <w:p w14:paraId="6CCC51AF" w14:textId="77777777" w:rsidR="00EE54AB" w:rsidRDefault="00000000">
            <w:r>
              <w:rPr>
                <w:rFonts w:ascii="Arial" w:eastAsia="Arial" w:hAnsi="Arial"/>
                <w:b/>
                <w:color w:val="073847"/>
                <w:sz w:val="18"/>
              </w:rPr>
              <w:t>Method</w:t>
            </w:r>
          </w:p>
        </w:tc>
        <w:tc>
          <w:tcPr>
            <w:tcW w:w="2351" w:type="dxa"/>
            <w:shd w:val="clear" w:color="auto" w:fill="F5F7F8"/>
          </w:tcPr>
          <w:p w14:paraId="7566A80C" w14:textId="77777777" w:rsidR="00EE54AB" w:rsidRDefault="00000000">
            <w:r>
              <w:rPr>
                <w:rFonts w:ascii="Arial" w:eastAsia="Arial" w:hAnsi="Arial"/>
                <w:b/>
                <w:color w:val="073847"/>
                <w:sz w:val="18"/>
              </w:rPr>
              <w:t>Metric 1</w:t>
            </w:r>
          </w:p>
        </w:tc>
        <w:tc>
          <w:tcPr>
            <w:tcW w:w="2351" w:type="dxa"/>
            <w:shd w:val="clear" w:color="auto" w:fill="F5F7F8"/>
          </w:tcPr>
          <w:p w14:paraId="7E49CFC3" w14:textId="77777777" w:rsidR="00EE54AB" w:rsidRDefault="00000000">
            <w:r>
              <w:rPr>
                <w:rFonts w:ascii="Arial" w:eastAsia="Arial" w:hAnsi="Arial"/>
                <w:b/>
                <w:color w:val="073847"/>
                <w:sz w:val="18"/>
              </w:rPr>
              <w:t>Metric 2</w:t>
            </w:r>
          </w:p>
        </w:tc>
        <w:tc>
          <w:tcPr>
            <w:tcW w:w="2351" w:type="dxa"/>
            <w:shd w:val="clear" w:color="auto" w:fill="F5F7F8"/>
          </w:tcPr>
          <w:p w14:paraId="70B47255" w14:textId="77777777" w:rsidR="00EE54AB" w:rsidRDefault="00000000">
            <w:r>
              <w:rPr>
                <w:rFonts w:ascii="Arial" w:eastAsia="Arial" w:hAnsi="Arial"/>
                <w:b/>
                <w:color w:val="073847"/>
                <w:sz w:val="18"/>
              </w:rPr>
              <w:t>Metric 3</w:t>
            </w:r>
          </w:p>
        </w:tc>
      </w:tr>
      <w:tr w:rsidR="00EE54AB" w14:paraId="5CC7AC91" w14:textId="77777777">
        <w:trPr>
          <w:jc w:val="center"/>
        </w:trPr>
        <w:tc>
          <w:tcPr>
            <w:tcW w:w="2351" w:type="dxa"/>
          </w:tcPr>
          <w:p w14:paraId="09941F47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Baseline A</w:t>
            </w:r>
          </w:p>
        </w:tc>
        <w:tc>
          <w:tcPr>
            <w:tcW w:w="2351" w:type="dxa"/>
          </w:tcPr>
          <w:p w14:paraId="12808A9D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[0.000]</w:t>
            </w:r>
          </w:p>
        </w:tc>
        <w:tc>
          <w:tcPr>
            <w:tcW w:w="2351" w:type="dxa"/>
          </w:tcPr>
          <w:p w14:paraId="685255C4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[0.000]</w:t>
            </w:r>
          </w:p>
        </w:tc>
        <w:tc>
          <w:tcPr>
            <w:tcW w:w="2351" w:type="dxa"/>
          </w:tcPr>
          <w:p w14:paraId="39B12AE7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[0.000]</w:t>
            </w:r>
          </w:p>
        </w:tc>
      </w:tr>
      <w:tr w:rsidR="00EE54AB" w14:paraId="1A81CFF7" w14:textId="77777777">
        <w:trPr>
          <w:jc w:val="center"/>
        </w:trPr>
        <w:tc>
          <w:tcPr>
            <w:tcW w:w="2351" w:type="dxa"/>
          </w:tcPr>
          <w:p w14:paraId="73342FE8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Baseline B</w:t>
            </w:r>
          </w:p>
        </w:tc>
        <w:tc>
          <w:tcPr>
            <w:tcW w:w="2351" w:type="dxa"/>
          </w:tcPr>
          <w:p w14:paraId="341ED370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[0.000]</w:t>
            </w:r>
          </w:p>
        </w:tc>
        <w:tc>
          <w:tcPr>
            <w:tcW w:w="2351" w:type="dxa"/>
          </w:tcPr>
          <w:p w14:paraId="1DA248C8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[0.000]</w:t>
            </w:r>
          </w:p>
        </w:tc>
        <w:tc>
          <w:tcPr>
            <w:tcW w:w="2351" w:type="dxa"/>
          </w:tcPr>
          <w:p w14:paraId="75CED301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[0.000]</w:t>
            </w:r>
          </w:p>
        </w:tc>
      </w:tr>
      <w:tr w:rsidR="00EE54AB" w14:paraId="59328092" w14:textId="77777777">
        <w:trPr>
          <w:jc w:val="center"/>
        </w:trPr>
        <w:tc>
          <w:tcPr>
            <w:tcW w:w="2351" w:type="dxa"/>
          </w:tcPr>
          <w:p w14:paraId="0114014A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Proposed method</w:t>
            </w:r>
          </w:p>
        </w:tc>
        <w:tc>
          <w:tcPr>
            <w:tcW w:w="2351" w:type="dxa"/>
          </w:tcPr>
          <w:p w14:paraId="77821D17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[0.000]</w:t>
            </w:r>
          </w:p>
        </w:tc>
        <w:tc>
          <w:tcPr>
            <w:tcW w:w="2351" w:type="dxa"/>
          </w:tcPr>
          <w:p w14:paraId="55A2F7D0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[0.000]</w:t>
            </w:r>
          </w:p>
        </w:tc>
        <w:tc>
          <w:tcPr>
            <w:tcW w:w="2351" w:type="dxa"/>
          </w:tcPr>
          <w:p w14:paraId="6809C0B3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[0.000]</w:t>
            </w:r>
          </w:p>
        </w:tc>
      </w:tr>
      <w:tr w:rsidR="00EE54AB" w14:paraId="38AE0EF4" w14:textId="77777777">
        <w:trPr>
          <w:jc w:val="center"/>
        </w:trPr>
        <w:tc>
          <w:tcPr>
            <w:tcW w:w="2351" w:type="dxa"/>
          </w:tcPr>
          <w:p w14:paraId="017B5050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Improvement</w:t>
            </w:r>
          </w:p>
        </w:tc>
        <w:tc>
          <w:tcPr>
            <w:tcW w:w="2351" w:type="dxa"/>
          </w:tcPr>
          <w:p w14:paraId="72C4B66C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[0.0%]</w:t>
            </w:r>
          </w:p>
        </w:tc>
        <w:tc>
          <w:tcPr>
            <w:tcW w:w="2351" w:type="dxa"/>
          </w:tcPr>
          <w:p w14:paraId="7F973143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[0.0%]</w:t>
            </w:r>
          </w:p>
        </w:tc>
        <w:tc>
          <w:tcPr>
            <w:tcW w:w="2351" w:type="dxa"/>
          </w:tcPr>
          <w:p w14:paraId="6649CF99" w14:textId="77777777" w:rsidR="00EE54AB" w:rsidRDefault="00000000">
            <w:r>
              <w:rPr>
                <w:rFonts w:eastAsia="Times New Roman"/>
                <w:color w:val="1F1F1F"/>
                <w:sz w:val="19"/>
              </w:rPr>
              <w:t>[0.0%]</w:t>
            </w:r>
          </w:p>
        </w:tc>
      </w:tr>
    </w:tbl>
    <w:p w14:paraId="08806F7A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Tables must be editable, numbered consecutively, and cited in the text before or near their first appearance. Define abbreviations and statistical symbols in table notes.</w:t>
      </w:r>
    </w:p>
    <w:p w14:paraId="42413DB6" w14:textId="77777777" w:rsidR="00EE54AB" w:rsidRDefault="00000000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F2F2F2"/>
        <w:spacing w:before="140" w:after="140"/>
        <w:jc w:val="center"/>
      </w:pPr>
      <w:r>
        <w:rPr>
          <w:rFonts w:ascii="Arial" w:eastAsia="Arial" w:hAnsi="Arial"/>
          <w:b/>
          <w:color w:val="666666"/>
          <w:sz w:val="20"/>
        </w:rPr>
        <w:t>[FIGURE 1 PLACEHOLDER]</w:t>
      </w:r>
    </w:p>
    <w:p w14:paraId="5BE95744" w14:textId="77777777" w:rsidR="00EE54AB" w:rsidRDefault="00000000">
      <w:pPr>
        <w:spacing w:after="80"/>
      </w:pPr>
      <w:r>
        <w:rPr>
          <w:rFonts w:eastAsia="Times New Roman"/>
          <w:color w:val="1F1F1F"/>
          <w:sz w:val="19"/>
        </w:rPr>
        <w:t>Figure 1. [Concise caption explaining the figure without requiring readers to return to the main text].</w:t>
      </w:r>
    </w:p>
    <w:p w14:paraId="21C5B7FA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Insert figures close to first citation. Use legible text and consistent symbols. For production-quality raster images, 300 dpi or higher is recommended; line art should be higher resolution where possible.</w:t>
      </w:r>
    </w:p>
    <w:p w14:paraId="392FB75B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5. Discussion</w:t>
      </w:r>
    </w:p>
    <w:p w14:paraId="7699E71C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Interpret the findings rather than repeating the Results. Explain mechanisms, compare with prior work, discuss industrial or engineering significance, acknowledge limitations and clarify generalizability.</w:t>
      </w:r>
    </w:p>
    <w:p w14:paraId="09442133" w14:textId="77777777" w:rsidR="00EE54AB" w:rsidRDefault="00000000">
      <w:pPr>
        <w:jc w:val="both"/>
      </w:pPr>
      <w:r>
        <w:rPr>
          <w:rFonts w:eastAsia="Times New Roman"/>
          <w:color w:val="1F1F1F"/>
        </w:rPr>
        <w:t>[Insert Discussion text here.]</w:t>
      </w:r>
    </w:p>
    <w:p w14:paraId="15BA571B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lastRenderedPageBreak/>
        <w:t>6. Conclusions</w:t>
      </w:r>
    </w:p>
    <w:p w14:paraId="28AC556A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State the principal conclusions and contributions concisely. Avoid introducing new results or citations that were not discussed earlier. Future work may be included briefly.</w:t>
      </w:r>
    </w:p>
    <w:p w14:paraId="76559C98" w14:textId="77777777" w:rsidR="00EE54AB" w:rsidRDefault="00000000">
      <w:pPr>
        <w:jc w:val="both"/>
      </w:pPr>
      <w:r>
        <w:rPr>
          <w:rFonts w:eastAsia="Times New Roman"/>
          <w:color w:val="1F1F1F"/>
        </w:rPr>
        <w:t>[Insert Conclusions here.]</w:t>
      </w:r>
    </w:p>
    <w:p w14:paraId="4D65724C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7. Industrial / Practical Implications</w:t>
      </w:r>
    </w:p>
    <w:p w14:paraId="47DEA9D9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Optional but encouraged for application-oriented manuscripts. Explain how the results can inform industrial design, deployment, operations, governance, maintenance, safety, sustainability or decision-making.</w:t>
      </w:r>
    </w:p>
    <w:p w14:paraId="4426B450" w14:textId="77777777" w:rsidR="00EE54AB" w:rsidRDefault="00000000">
      <w:pPr>
        <w:jc w:val="both"/>
      </w:pPr>
      <w:r>
        <w:rPr>
          <w:rFonts w:eastAsia="Times New Roman"/>
          <w:color w:val="1F1F1F"/>
        </w:rPr>
        <w:t>[Insert practical implications here.]</w:t>
      </w:r>
    </w:p>
    <w:p w14:paraId="1BE029AC" w14:textId="77777777" w:rsidR="00EE54AB" w:rsidRDefault="00000000">
      <w:pPr>
        <w:spacing w:after="200"/>
      </w:pPr>
      <w:r>
        <w:rPr>
          <w:rFonts w:ascii="Arial" w:eastAsia="Arial" w:hAnsi="Arial"/>
          <w:b/>
          <w:color w:val="B5122B"/>
          <w:sz w:val="18"/>
        </w:rPr>
        <w:t>DECLARATIONS AND END MATTER</w:t>
      </w:r>
    </w:p>
    <w:p w14:paraId="01AB5F57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Author Contributions (CRediT)</w:t>
      </w:r>
    </w:p>
    <w:p w14:paraId="26753465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Identify author contributions using the CRediT taxonomy where applicable.</w:t>
      </w:r>
    </w:p>
    <w:p w14:paraId="7967CB7A" w14:textId="77777777" w:rsidR="00EE54AB" w:rsidRDefault="00000000">
      <w:r>
        <w:rPr>
          <w:rFonts w:eastAsia="Times New Roman"/>
          <w:color w:val="1F1F1F"/>
        </w:rPr>
        <w:t>[Conceptualization: A.A.; Methodology: A.A. and B.B.; Software: B.B.; Validation: A.A., B.B. and C.C.; Formal analysis: ...; Writing - original draft: ...; Writing - review &amp; editing: ...; Supervision: ...]</w:t>
      </w:r>
    </w:p>
    <w:p w14:paraId="1DF5EE6D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Funding</w:t>
      </w:r>
    </w:p>
    <w:p w14:paraId="7EC87CAC" w14:textId="77777777" w:rsidR="00EE54AB" w:rsidRDefault="00000000">
      <w:r>
        <w:rPr>
          <w:rFonts w:eastAsia="Times New Roman"/>
          <w:color w:val="1F1F1F"/>
        </w:rPr>
        <w:t>[This work was supported by ... under Grant No. ...] OR [This research received no external funding.]</w:t>
      </w:r>
    </w:p>
    <w:p w14:paraId="6C63D1B6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Data Availability Statement</w:t>
      </w:r>
    </w:p>
    <w:p w14:paraId="4C711D71" w14:textId="77777777" w:rsidR="00EE54AB" w:rsidRDefault="00000000">
      <w:r>
        <w:rPr>
          <w:rFonts w:eastAsia="Times New Roman"/>
          <w:color w:val="1F1F1F"/>
        </w:rPr>
        <w:t>[The data supporting the findings of this study are available at ...] OR [Data are available from the corresponding author upon reasonable request, subject to ...] OR [No new data were created or analyzed in this study.]</w:t>
      </w:r>
    </w:p>
    <w:p w14:paraId="2A83484D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Code Availability</w:t>
      </w:r>
    </w:p>
    <w:p w14:paraId="09797A0F" w14:textId="77777777" w:rsidR="00EE54AB" w:rsidRDefault="00000000">
      <w:r>
        <w:rPr>
          <w:rFonts w:eastAsia="Times New Roman"/>
          <w:color w:val="1F1F1F"/>
        </w:rPr>
        <w:t>[Source code is available at ...] OR [Code is available from the corresponding author upon reasonable request.] OR [Not applicable.]</w:t>
      </w:r>
    </w:p>
    <w:p w14:paraId="144C3AE3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Conflict of Interest</w:t>
      </w:r>
    </w:p>
    <w:p w14:paraId="4B7BDB19" w14:textId="77777777" w:rsidR="00EE54AB" w:rsidRDefault="00000000">
      <w:r>
        <w:rPr>
          <w:rFonts w:eastAsia="Times New Roman"/>
          <w:color w:val="1F1F1F"/>
        </w:rPr>
        <w:t>[The authors declare no competing interests.] OR [Describe any financial or non-financial competing interests.]</w:t>
      </w:r>
    </w:p>
    <w:p w14:paraId="6991369B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Ethics Approval</w:t>
      </w:r>
    </w:p>
    <w:p w14:paraId="02E8C110" w14:textId="77777777" w:rsidR="00EE54AB" w:rsidRDefault="00000000">
      <w:r>
        <w:rPr>
          <w:rFonts w:eastAsia="Times New Roman"/>
          <w:color w:val="1F1F1F"/>
        </w:rPr>
        <w:t>[Name of ethics committee, approval number and date.] OR [Not applicable.]</w:t>
      </w:r>
    </w:p>
    <w:p w14:paraId="364333BE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Consent to Participate / Consent for Publication</w:t>
      </w:r>
    </w:p>
    <w:p w14:paraId="4B24CAF4" w14:textId="77777777" w:rsidR="00EE54AB" w:rsidRDefault="00000000">
      <w:r>
        <w:rPr>
          <w:rFonts w:eastAsia="Times New Roman"/>
          <w:color w:val="1F1F1F"/>
        </w:rPr>
        <w:t>[Insert statements where applicable.] OR [Not applicable.]</w:t>
      </w:r>
    </w:p>
    <w:p w14:paraId="5D8AD5B2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Use of Artificial Intelligence-Assisted Technologies</w:t>
      </w:r>
    </w:p>
    <w:p w14:paraId="3234EC73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Disclose material use of generative AI or other AI-assisted tools in manuscript preparation or research workflows when applicable. AI systems cannot be listed as authors; authors remain responsible for the accuracy, originality and integrity of the manuscript.</w:t>
      </w:r>
    </w:p>
    <w:p w14:paraId="335FC900" w14:textId="77777777" w:rsidR="00EE54AB" w:rsidRDefault="00000000">
      <w:r>
        <w:rPr>
          <w:rFonts w:eastAsia="Times New Roman"/>
          <w:color w:val="1F1F1F"/>
        </w:rPr>
        <w:lastRenderedPageBreak/>
        <w:t>[Example: During preparation of this manuscript, the authors used [tool name] for [purpose]. The authors reviewed and edited the output and take full responsibility for the content.] OR [No generative AI tools were used in the preparation of this manuscript.]</w:t>
      </w:r>
    </w:p>
    <w:p w14:paraId="7CAEDAF0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Acknowledgements</w:t>
      </w:r>
    </w:p>
    <w:p w14:paraId="5B123680" w14:textId="77777777" w:rsidR="00EE54AB" w:rsidRDefault="00000000">
      <w:r>
        <w:rPr>
          <w:rFonts w:eastAsia="Times New Roman"/>
          <w:color w:val="1F1F1F"/>
        </w:rPr>
        <w:t>[Acknowledge non-author contributions, facilities, technical assistance or other support. Remove identifying acknowledgements from the blinded manuscript if required.]</w:t>
      </w:r>
    </w:p>
    <w:p w14:paraId="64C1BC84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References</w:t>
      </w:r>
    </w:p>
    <w:p w14:paraId="776A02FE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Use numbered citations in order of first appearance. Include DOIs as persistent https://doi.org/ links whenever available. Ensure every reference is cited in the text and every in-text citation appears in the reference list.</w:t>
      </w:r>
    </w:p>
    <w:p w14:paraId="3901D1D2" w14:textId="77777777" w:rsidR="00EE54AB" w:rsidRDefault="00000000">
      <w:pPr>
        <w:spacing w:after="60"/>
        <w:ind w:left="397" w:hanging="397"/>
      </w:pPr>
      <w:r>
        <w:rPr>
          <w:rFonts w:eastAsia="Times New Roman"/>
          <w:color w:val="1F1F1F"/>
          <w:sz w:val="19"/>
        </w:rPr>
        <w:t>[1] A.A. Author, B.B. Author, Title of journal article, Journal Title 00 (2026) 000-000. https://doi.org/10.xxxx/xxxxx.</w:t>
      </w:r>
    </w:p>
    <w:p w14:paraId="15DB2F65" w14:textId="77777777" w:rsidR="00EE54AB" w:rsidRDefault="00000000">
      <w:pPr>
        <w:spacing w:after="60"/>
        <w:ind w:left="397" w:hanging="397"/>
      </w:pPr>
      <w:r>
        <w:rPr>
          <w:rFonts w:eastAsia="Times New Roman"/>
          <w:color w:val="1F1F1F"/>
          <w:sz w:val="19"/>
        </w:rPr>
        <w:t>[2] A.A. Author, Book Title, 2nd ed., Publisher, City, 2025.</w:t>
      </w:r>
    </w:p>
    <w:p w14:paraId="14B601D2" w14:textId="77777777" w:rsidR="00EE54AB" w:rsidRDefault="00000000">
      <w:pPr>
        <w:spacing w:after="60"/>
        <w:ind w:left="397" w:hanging="397"/>
      </w:pPr>
      <w:r>
        <w:rPr>
          <w:rFonts w:eastAsia="Times New Roman"/>
          <w:color w:val="1F1F1F"/>
          <w:sz w:val="19"/>
        </w:rPr>
        <w:t>[3] A.A. Author, B.B. Author, Title of conference paper, in: Proceedings of the Conference Name, City, Country, 2026, pp. 00-00. https://doi.org/10.xxxx/xxxxx.</w:t>
      </w:r>
    </w:p>
    <w:p w14:paraId="25709DBF" w14:textId="77777777" w:rsidR="00EE54AB" w:rsidRDefault="00000000">
      <w:pPr>
        <w:spacing w:after="60"/>
        <w:ind w:left="397" w:hanging="397"/>
      </w:pPr>
      <w:r>
        <w:rPr>
          <w:rFonts w:eastAsia="Times New Roman"/>
          <w:color w:val="1F1F1F"/>
          <w:sz w:val="19"/>
        </w:rPr>
        <w:t>[4] Organization Name, Title of standard/report, Standard/Report No. XXXX, Publisher/Organization, 2026.</w:t>
      </w:r>
    </w:p>
    <w:p w14:paraId="6C6074A9" w14:textId="77777777" w:rsidR="00EE54AB" w:rsidRDefault="00000000">
      <w:pPr>
        <w:spacing w:after="60"/>
        <w:ind w:left="397" w:hanging="397"/>
      </w:pPr>
      <w:r>
        <w:rPr>
          <w:rFonts w:eastAsia="Times New Roman"/>
          <w:color w:val="1F1F1F"/>
          <w:sz w:val="19"/>
        </w:rPr>
        <w:t>[5] A.A. Author, Dataset title, Repository Name, Version 1.0, 2026. https://doi.org/10.xxxx/xxxxx.</w:t>
      </w:r>
    </w:p>
    <w:p w14:paraId="4B687426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Supplementary Material</w:t>
      </w:r>
    </w:p>
    <w:p w14:paraId="013CC048" w14:textId="77777777" w:rsidR="00EE54AB" w:rsidRDefault="00000000">
      <w:r>
        <w:rPr>
          <w:rFonts w:eastAsia="Times New Roman"/>
          <w:color w:val="1F1F1F"/>
        </w:rPr>
        <w:t>[List supplementary files and provide concise descriptions, e.g., Supplementary Table S1, Supplementary Video S1, Code Archive S1.]</w:t>
      </w:r>
    </w:p>
    <w:p w14:paraId="12A941E8" w14:textId="77777777" w:rsidR="00EE54AB" w:rsidRDefault="00000000">
      <w:pPr>
        <w:keepNext/>
        <w:spacing w:before="200" w:after="100"/>
      </w:pPr>
      <w:r>
        <w:rPr>
          <w:rFonts w:eastAsia="Times New Roman"/>
          <w:b/>
          <w:color w:val="073847"/>
          <w:sz w:val="27"/>
        </w:rPr>
        <w:t>Appendix A. [Appendix Title]</w:t>
      </w:r>
    </w:p>
    <w:p w14:paraId="02521A28" w14:textId="77777777" w:rsidR="00EE54AB" w:rsidRDefault="00000000">
      <w:pPr>
        <w:spacing w:after="100" w:line="252" w:lineRule="auto"/>
      </w:pPr>
      <w:r>
        <w:rPr>
          <w:rFonts w:ascii="Arial" w:eastAsia="Arial" w:hAnsi="Arial"/>
          <w:i/>
          <w:color w:val="666666"/>
          <w:sz w:val="18"/>
        </w:rPr>
        <w:t>Optional. Appendices should be cited in the main text. Number equations, figures and tables in appendices as Eq. (A1), Figure A1, Table A1, etc.</w:t>
      </w:r>
    </w:p>
    <w:p w14:paraId="22C22A57" w14:textId="77777777" w:rsidR="00EE54AB" w:rsidRDefault="00000000">
      <w:r>
        <w:rPr>
          <w:rFonts w:eastAsia="Times New Roman"/>
          <w:color w:val="1F1F1F"/>
        </w:rPr>
        <w:t>[Appendix content.]</w:t>
      </w:r>
    </w:p>
    <w:p w14:paraId="0DDF177A" w14:textId="77777777" w:rsidR="00EE54AB" w:rsidRDefault="00000000">
      <w:r>
        <w:br w:type="page"/>
      </w:r>
    </w:p>
    <w:p w14:paraId="42945735" w14:textId="77777777" w:rsidR="00EE54AB" w:rsidRDefault="00000000">
      <w:pPr>
        <w:spacing w:after="160"/>
      </w:pPr>
      <w:r>
        <w:rPr>
          <w:rFonts w:ascii="Arial" w:eastAsia="Arial" w:hAnsi="Arial"/>
          <w:b/>
          <w:color w:val="073847"/>
          <w:sz w:val="30"/>
        </w:rPr>
        <w:lastRenderedPageBreak/>
        <w:t>ETII MANUSCRIPT FORMATTING CHECKLIST</w:t>
      </w:r>
    </w:p>
    <w:p w14:paraId="4FE27112" w14:textId="77777777" w:rsidR="00EE54AB" w:rsidRDefault="00EE54AB">
      <w:pPr>
        <w:pBdr>
          <w:bottom w:val="single" w:sz="18" w:space="1" w:color="B5122B"/>
        </w:pBd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EE54AB" w14:paraId="772CAAD3" w14:textId="77777777">
        <w:trPr>
          <w:jc w:val="center"/>
        </w:trPr>
        <w:tc>
          <w:tcPr>
            <w:tcW w:w="4703" w:type="dxa"/>
            <w:shd w:val="clear" w:color="auto" w:fill="073847"/>
          </w:tcPr>
          <w:p w14:paraId="3D189568" w14:textId="77777777" w:rsidR="00EE54AB" w:rsidRDefault="00000000">
            <w:r>
              <w:rPr>
                <w:rFonts w:ascii="Arial" w:eastAsia="Arial" w:hAnsi="Arial"/>
                <w:b/>
                <w:color w:val="FFFFFF"/>
                <w:sz w:val="19"/>
              </w:rPr>
              <w:t>Item</w:t>
            </w:r>
          </w:p>
        </w:tc>
        <w:tc>
          <w:tcPr>
            <w:tcW w:w="4703" w:type="dxa"/>
            <w:shd w:val="clear" w:color="auto" w:fill="073847"/>
          </w:tcPr>
          <w:p w14:paraId="732896C3" w14:textId="77777777" w:rsidR="00EE54AB" w:rsidRDefault="00000000">
            <w:r>
              <w:rPr>
                <w:rFonts w:ascii="Arial" w:eastAsia="Arial" w:hAnsi="Arial"/>
                <w:b/>
                <w:color w:val="FFFFFF"/>
                <w:sz w:val="19"/>
              </w:rPr>
              <w:t>ETII Template Requirement</w:t>
            </w:r>
          </w:p>
        </w:tc>
      </w:tr>
      <w:tr w:rsidR="00EE54AB" w14:paraId="618A35A2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07A267C0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File format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7C72F767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Editable Microsoft Word (.docx).</w:t>
            </w:r>
          </w:p>
        </w:tc>
      </w:tr>
      <w:tr w:rsidR="00EE54AB" w14:paraId="05982A4C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0E387493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Page size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26DCF462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A4; approximately 25 mm margins.</w:t>
            </w:r>
          </w:p>
        </w:tc>
      </w:tr>
      <w:tr w:rsidR="00EE54AB" w14:paraId="0B443E4B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399B5F28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Main text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189E4831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Times New Roman, 11 pt; single-column layout; approximately 1.1-1.2 line spacing.</w:t>
            </w:r>
          </w:p>
        </w:tc>
      </w:tr>
      <w:tr w:rsidR="00EE54AB" w14:paraId="52E8C1CB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54168974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Headings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7FA4088B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Use numbered hierarchical headings where appropriate: 1., 1.1., 1.1.1.</w:t>
            </w:r>
          </w:p>
        </w:tc>
      </w:tr>
      <w:tr w:rsidR="00EE54AB" w14:paraId="02397AC7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465F67FB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Abstract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5524DCDA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150-300 words; no citations; define abbreviations at first use.</w:t>
            </w:r>
          </w:p>
        </w:tc>
      </w:tr>
      <w:tr w:rsidR="00EE54AB" w14:paraId="04C74A24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7227E720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Keywords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7FDAB7BA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4-8 keywords or short phrases.</w:t>
            </w:r>
          </w:p>
        </w:tc>
      </w:tr>
      <w:tr w:rsidR="00EE54AB" w14:paraId="58478E58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6C740C62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Units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3B0C0C7B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Use SI units and internationally accepted symbols.</w:t>
            </w:r>
          </w:p>
        </w:tc>
      </w:tr>
      <w:tr w:rsidR="00EE54AB" w14:paraId="1A516633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4C2CA0A2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Equations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671B3872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Editable, consecutively numbered and cited in the text.</w:t>
            </w:r>
          </w:p>
        </w:tc>
      </w:tr>
      <w:tr w:rsidR="00EE54AB" w14:paraId="721ECB9C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3FCA84E0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Tables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575850C0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Editable; title above the table; notes and abbreviation definitions below when needed.</w:t>
            </w:r>
          </w:p>
        </w:tc>
      </w:tr>
      <w:tr w:rsidR="00EE54AB" w14:paraId="28E6CD63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22761529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Figures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2716988B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High-resolution, legible labels, caption below; cite in numerical order.</w:t>
            </w:r>
          </w:p>
        </w:tc>
      </w:tr>
      <w:tr w:rsidR="00EE54AB" w14:paraId="1D4097C3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39620DFB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Citations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01BF26D0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Numbered in square brackets in order of first appearance.</w:t>
            </w:r>
          </w:p>
        </w:tc>
      </w:tr>
      <w:tr w:rsidR="00EE54AB" w14:paraId="61A7EB81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520ACF09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References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03B569C9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Complete bibliographic information; DOI links encouraged wherever available.</w:t>
            </w:r>
          </w:p>
        </w:tc>
      </w:tr>
      <w:tr w:rsidR="00EE54AB" w14:paraId="59CB28A4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0202A981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Research reporting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3B2D7415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Report methods and results with sufficient detail for critical evaluation and reproducibility.</w:t>
            </w:r>
          </w:p>
        </w:tc>
      </w:tr>
      <w:tr w:rsidR="00EE54AB" w14:paraId="48C5475E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61E2F258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Declarations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AFAFA"/>
            <w:vAlign w:val="center"/>
          </w:tcPr>
          <w:p w14:paraId="5A7800D8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Include funding, conflicts of interest, data/code availability, ethics, AI-use disclosure and acknowledgements as applicable.</w:t>
            </w:r>
          </w:p>
        </w:tc>
      </w:tr>
      <w:tr w:rsidR="00EE54AB" w14:paraId="0A0D05E7" w14:textId="77777777">
        <w:trPr>
          <w:cantSplit/>
          <w:jc w:val="center"/>
        </w:trPr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534FC660" w14:textId="77777777" w:rsidR="00EE54AB" w:rsidRDefault="00000000">
            <w:r>
              <w:rPr>
                <w:rFonts w:ascii="Arial" w:eastAsia="Arial" w:hAnsi="Arial"/>
                <w:b/>
                <w:color w:val="1F1F1F"/>
                <w:sz w:val="18"/>
              </w:rPr>
              <w:t>Language</w:t>
            </w:r>
          </w:p>
        </w:tc>
        <w:tc>
          <w:tcPr>
            <w:tcW w:w="4703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vAlign w:val="center"/>
          </w:tcPr>
          <w:p w14:paraId="367A39ED" w14:textId="77777777" w:rsidR="00EE54AB" w:rsidRDefault="00000000">
            <w:r>
              <w:rPr>
                <w:rFonts w:eastAsia="Times New Roman"/>
                <w:color w:val="1F1F1F"/>
                <w:sz w:val="18"/>
              </w:rPr>
              <w:t>Clear professional English. Authors are responsible for technical accuracy and terminology.</w:t>
            </w:r>
          </w:p>
        </w:tc>
      </w:tr>
    </w:tbl>
    <w:p w14:paraId="30A8295D" w14:textId="77777777" w:rsidR="00EE54AB" w:rsidRDefault="00EE54AB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EE54AB" w14:paraId="5EFD4378" w14:textId="77777777">
        <w:trPr>
          <w:jc w:val="center"/>
        </w:trPr>
        <w:tc>
          <w:tcPr>
            <w:tcW w:w="9406" w:type="dxa"/>
            <w:tcBorders>
              <w:top w:val="single" w:sz="8" w:space="0" w:color="D9DEE2"/>
              <w:left w:val="single" w:sz="8" w:space="0" w:color="D9DEE2"/>
              <w:bottom w:val="single" w:sz="8" w:space="0" w:color="D9DEE2"/>
              <w:right w:val="single" w:sz="8" w:space="0" w:color="D9DEE2"/>
            </w:tcBorders>
            <w:shd w:val="clear" w:color="auto" w:fill="F7F7F7"/>
          </w:tcPr>
          <w:p w14:paraId="3E47A256" w14:textId="77777777" w:rsidR="00EE54AB" w:rsidRDefault="00000000">
            <w:pPr>
              <w:spacing w:after="60"/>
            </w:pPr>
            <w:r>
              <w:rPr>
                <w:rFonts w:ascii="Arial" w:eastAsia="Arial" w:hAnsi="Arial"/>
                <w:b/>
                <w:color w:val="073847"/>
                <w:sz w:val="19"/>
              </w:rPr>
              <w:t>SUBMISSION NOTE</w:t>
            </w:r>
          </w:p>
          <w:p w14:paraId="5D2B9701" w14:textId="77777777" w:rsidR="00EE54AB" w:rsidRDefault="00000000">
            <w:pPr>
              <w:spacing w:after="20"/>
            </w:pPr>
            <w:r>
              <w:rPr>
                <w:rFonts w:ascii="Arial" w:eastAsia="Arial" w:hAnsi="Arial"/>
                <w:color w:val="1F1F1F"/>
                <w:sz w:val="18"/>
              </w:rPr>
              <w:t>This template is intended to standardize initial manuscript preparation for ETII. Final production formatting may differ after acceptance.</w:t>
            </w:r>
          </w:p>
          <w:p w14:paraId="6C4CF26D" w14:textId="77777777" w:rsidR="00EE54AB" w:rsidRDefault="00000000">
            <w:pPr>
              <w:spacing w:after="20"/>
            </w:pPr>
            <w:r>
              <w:rPr>
                <w:rFonts w:ascii="Arial" w:eastAsia="Arial" w:hAnsi="Arial"/>
                <w:color w:val="1F1F1F"/>
                <w:sz w:val="18"/>
              </w:rPr>
              <w:t>Authors should follow the current Author Guidelines on the journal website if any requirement differs from this downloadable template.</w:t>
            </w:r>
          </w:p>
        </w:tc>
      </w:tr>
    </w:tbl>
    <w:p w14:paraId="351246CF" w14:textId="77777777" w:rsidR="00326467" w:rsidRDefault="00326467"/>
    <w:sectPr w:rsidR="00326467" w:rsidSect="00034616">
      <w:headerReference w:type="default" r:id="rId8"/>
      <w:footerReference w:type="default" r:id="rId9"/>
      <w:pgSz w:w="12240" w:h="15840"/>
      <w:pgMar w:top="1304" w:right="1417" w:bottom="1247" w:left="141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4B530" w14:textId="77777777" w:rsidR="00BA0CC8" w:rsidRDefault="00BA0CC8">
      <w:pPr>
        <w:spacing w:after="0" w:line="240" w:lineRule="auto"/>
      </w:pPr>
      <w:r>
        <w:separator/>
      </w:r>
    </w:p>
  </w:endnote>
  <w:endnote w:type="continuationSeparator" w:id="0">
    <w:p w14:paraId="5E723E86" w14:textId="77777777" w:rsidR="00BA0CC8" w:rsidRDefault="00BA0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6BA30" w14:textId="77777777" w:rsidR="00EE54AB" w:rsidRDefault="00000000">
    <w:pPr>
      <w:pStyle w:val="Footer"/>
      <w:tabs>
        <w:tab w:val="right" w:pos="8901"/>
      </w:tabs>
    </w:pPr>
    <w:r>
      <w:rPr>
        <w:rFonts w:ascii="Arial" w:eastAsia="Arial" w:hAnsi="Arial"/>
        <w:color w:val="666666"/>
        <w:sz w:val="17"/>
      </w:rPr>
      <w:t>ETII  |  Published by INATGI</w:t>
    </w:r>
    <w:r>
      <w:rPr>
        <w:rFonts w:ascii="Arial" w:eastAsia="Arial" w:hAnsi="Arial"/>
        <w:color w:val="666666"/>
        <w:sz w:val="17"/>
      </w:rPr>
      <w:tab/>
      <w:t xml:space="preserve">Page </w:t>
    </w:r>
    <w:r>
      <w:rPr>
        <w:rFonts w:ascii="Arial" w:eastAsia="Arial" w:hAnsi="Arial"/>
        <w:color w:val="666666"/>
        <w:sz w:val="17"/>
      </w:rPr>
      <w:fldChar w:fldCharType="begin"/>
    </w:r>
    <w:r>
      <w:rPr>
        <w:rFonts w:ascii="Arial" w:eastAsia="Arial" w:hAnsi="Arial"/>
        <w:color w:val="666666"/>
        <w:sz w:val="17"/>
      </w:rPr>
      <w:instrText xml:space="preserve"> PAGE </w:instrText>
    </w:r>
    <w:r>
      <w:rPr>
        <w:rFonts w:ascii="Arial" w:eastAsia="Arial" w:hAnsi="Arial"/>
        <w:color w:val="666666"/>
        <w:sz w:val="17"/>
      </w:rPr>
      <w:fldChar w:fldCharType="separate"/>
    </w:r>
    <w:r w:rsidR="00806F8A">
      <w:rPr>
        <w:rFonts w:ascii="Arial" w:eastAsia="Arial" w:hAnsi="Arial"/>
        <w:noProof/>
        <w:color w:val="666666"/>
        <w:sz w:val="17"/>
      </w:rPr>
      <w:t>1</w:t>
    </w:r>
    <w:r>
      <w:rPr>
        <w:rFonts w:ascii="Arial" w:eastAsia="Arial" w:hAnsi="Arial"/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2929B" w14:textId="77777777" w:rsidR="00BA0CC8" w:rsidRDefault="00BA0CC8">
      <w:pPr>
        <w:spacing w:after="0" w:line="240" w:lineRule="auto"/>
      </w:pPr>
      <w:r>
        <w:separator/>
      </w:r>
    </w:p>
  </w:footnote>
  <w:footnote w:type="continuationSeparator" w:id="0">
    <w:p w14:paraId="74F8C2E2" w14:textId="77777777" w:rsidR="00BA0CC8" w:rsidRDefault="00BA0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1C3A" w14:textId="77777777" w:rsidR="00EE54AB" w:rsidRDefault="00000000">
    <w:pPr>
      <w:pStyle w:val="Header"/>
      <w:pBdr>
        <w:bottom w:val="single" w:sz="6" w:space="4" w:color="D9DEE2"/>
      </w:pBdr>
    </w:pPr>
    <w:r>
      <w:rPr>
        <w:rFonts w:ascii="Arial" w:eastAsia="Arial" w:hAnsi="Arial"/>
        <w:b/>
        <w:color w:val="073847"/>
        <w:sz w:val="17"/>
      </w:rPr>
      <w:t>EMERGING TECHNOLOGIES IN INTELLIGENT INDUSTRY</w:t>
    </w:r>
    <w:r>
      <w:rPr>
        <w:rFonts w:ascii="Arial" w:eastAsia="Arial" w:hAnsi="Arial"/>
        <w:b/>
        <w:color w:val="B5122B"/>
        <w:sz w:val="17"/>
      </w:rPr>
      <w:t xml:space="preserve">  |  MANUSCRIPT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981999">
    <w:abstractNumId w:val="8"/>
  </w:num>
  <w:num w:numId="2" w16cid:durableId="1102993542">
    <w:abstractNumId w:val="6"/>
  </w:num>
  <w:num w:numId="3" w16cid:durableId="961426662">
    <w:abstractNumId w:val="5"/>
  </w:num>
  <w:num w:numId="4" w16cid:durableId="1549024517">
    <w:abstractNumId w:val="4"/>
  </w:num>
  <w:num w:numId="5" w16cid:durableId="1692410162">
    <w:abstractNumId w:val="7"/>
  </w:num>
  <w:num w:numId="6" w16cid:durableId="169877222">
    <w:abstractNumId w:val="3"/>
  </w:num>
  <w:num w:numId="7" w16cid:durableId="1765685855">
    <w:abstractNumId w:val="2"/>
  </w:num>
  <w:num w:numId="8" w16cid:durableId="144706505">
    <w:abstractNumId w:val="1"/>
  </w:num>
  <w:num w:numId="9" w16cid:durableId="50351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467"/>
    <w:rsid w:val="00326F90"/>
    <w:rsid w:val="00806F8A"/>
    <w:rsid w:val="00AA1D8D"/>
    <w:rsid w:val="00B47730"/>
    <w:rsid w:val="00BA0CC8"/>
    <w:rsid w:val="00C20B57"/>
    <w:rsid w:val="00CA2A5A"/>
    <w:rsid w:val="00CB0664"/>
    <w:rsid w:val="00E91298"/>
    <w:rsid w:val="00EE54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8E5EE1"/>
  <w14:defaultImageDpi w14:val="300"/>
  <w15:docId w15:val="{C38117EF-C598-4D34-BDA1-80AC7A62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1323</Words>
  <Characters>8592</Characters>
  <Application>Microsoft Office Word</Application>
  <DocSecurity>0</DocSecurity>
  <Lines>214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ETII Manuscript Template</dc:title>
  <dc:subject>Emerging Technologies in Intelligent Industry - Manuscript Preparation Template</dc:subject>
  <dc:creator>python-docx</dc:creator>
  <cp:keywords>ETII; manuscript template; intelligent industry; INATGI</cp:keywords>
  <dc:description>generated by python-docx</dc:description>
  <cp:lastModifiedBy>Yang Lu</cp:lastModifiedBy>
  <cp:revision>3</cp:revision>
  <dcterms:created xsi:type="dcterms:W3CDTF">2013-12-23T23:15:00Z</dcterms:created>
  <dcterms:modified xsi:type="dcterms:W3CDTF">2026-09-14T03:34:00Z</dcterms:modified>
  <cp:category/>
</cp:coreProperties>
</file>